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51" w:rsidRPr="00F65BCD" w:rsidRDefault="00677351">
      <w:pPr>
        <w:ind w:firstLine="0"/>
        <w:jc w:val="center"/>
        <w:rPr>
          <w:lang w:val="ru-RU"/>
        </w:rPr>
      </w:pPr>
      <w:r w:rsidRPr="00F65BCD">
        <w:rPr>
          <w:b/>
          <w:sz w:val="28"/>
          <w:lang w:val="ru-RU"/>
        </w:rPr>
        <w:t>СОГЛАСИЕ НА ПОЛУЧЕНИЕ РЕКЛАМНОЙ</w:t>
      </w:r>
    </w:p>
    <w:p w:rsidR="00677351" w:rsidRPr="00F65BCD" w:rsidRDefault="00677351">
      <w:pPr>
        <w:ind w:firstLine="0"/>
        <w:jc w:val="center"/>
        <w:rPr>
          <w:lang w:val="ru-RU"/>
        </w:rPr>
      </w:pPr>
      <w:r w:rsidRPr="00F65BCD">
        <w:rPr>
          <w:b/>
          <w:sz w:val="28"/>
          <w:lang w:val="ru-RU"/>
        </w:rPr>
        <w:t>И ИНФОРМАЦИОННОЙ РАССЫЛКИ</w:t>
      </w:r>
    </w:p>
    <w:p w:rsidR="00677351" w:rsidRPr="00F65BCD" w:rsidRDefault="00677351">
      <w:pPr>
        <w:ind w:firstLine="0"/>
        <w:jc w:val="center"/>
        <w:rPr>
          <w:lang w:val="ru-RU"/>
        </w:rPr>
      </w:pPr>
      <w:r w:rsidRPr="00F65BCD">
        <w:rPr>
          <w:lang w:val="ru-RU"/>
        </w:rPr>
        <w:t>(для пользователей сайта и заказчиков ИП Белых В. С.)</w:t>
      </w:r>
    </w:p>
    <w:p w:rsidR="00677351" w:rsidRPr="00F65BCD" w:rsidRDefault="00677351">
      <w:pPr>
        <w:tabs>
          <w:tab w:val="right" w:pos="9291"/>
        </w:tabs>
        <w:spacing w:before="120" w:after="120"/>
        <w:ind w:firstLine="0"/>
        <w:rPr>
          <w:lang w:val="ru-RU"/>
        </w:rPr>
      </w:pPr>
      <w:r w:rsidRPr="00F65BCD">
        <w:rPr>
          <w:lang w:val="ru-RU"/>
        </w:rPr>
        <w:t>г. Екатеринбург</w:t>
      </w:r>
      <w:r w:rsidRPr="00F65BCD">
        <w:rPr>
          <w:lang w:val="ru-RU"/>
        </w:rPr>
        <w:tab/>
        <w:t>«</w:t>
      </w:r>
      <w:r>
        <w:rPr>
          <w:lang w:val="ru-RU"/>
        </w:rPr>
        <w:t xml:space="preserve">18» августа </w:t>
      </w:r>
      <w:smartTag w:uri="urn:schemas-microsoft-com:office:smarttags" w:element="metricconverter">
        <w:smartTagPr>
          <w:attr w:name="ProductID" w:val="2026 г"/>
        </w:smartTagPr>
        <w:r>
          <w:rPr>
            <w:lang w:val="ru-RU"/>
          </w:rPr>
          <w:t>2026</w:t>
        </w:r>
        <w:bookmarkStart w:id="0" w:name="_GoBack"/>
        <w:bookmarkEnd w:id="0"/>
        <w:r w:rsidRPr="00F65BCD">
          <w:rPr>
            <w:lang w:val="ru-RU"/>
          </w:rPr>
          <w:t xml:space="preserve"> г</w:t>
        </w:r>
      </w:smartTag>
      <w:r w:rsidRPr="00F65BCD">
        <w:rPr>
          <w:lang w:val="ru-RU"/>
        </w:rPr>
        <w:t>.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 xml:space="preserve">Я, являясь пользователем сайта в информационно-телекоммуникационной сети «Интернет» </w:t>
      </w:r>
      <w:r>
        <w:t>https</w:t>
      </w:r>
      <w:r w:rsidRPr="00F65BCD">
        <w:rPr>
          <w:lang w:val="ru-RU"/>
        </w:rPr>
        <w:t>://</w:t>
      </w:r>
      <w:r>
        <w:t>www</w:t>
      </w:r>
      <w:r w:rsidRPr="00F65BCD">
        <w:rPr>
          <w:lang w:val="ru-RU"/>
        </w:rPr>
        <w:t>.</w:t>
      </w:r>
      <w:r>
        <w:t>atlant</w:t>
      </w:r>
      <w:r w:rsidRPr="00F65BCD">
        <w:rPr>
          <w:lang w:val="ru-RU"/>
        </w:rPr>
        <w:t>2009.</w:t>
      </w:r>
      <w:r>
        <w:t>ru</w:t>
      </w:r>
      <w:r w:rsidRPr="00F65BCD">
        <w:rPr>
          <w:lang w:val="ru-RU"/>
        </w:rPr>
        <w:t>, а также взаимодействуя с Индивидуальным предпринимателем Белых Владимиром Сергеевичем (ОГРНИП 306967306200069, ИНН 667302525146, адрес места осуществления деятельности: г. Екатеринбург, ул. Машиностроителей, д. 19, офис 525) (далее – Оператор) по телефону, через мессенджеры (</w:t>
      </w:r>
      <w:r>
        <w:t>Max</w:t>
      </w:r>
      <w:r w:rsidRPr="00F65BCD">
        <w:rPr>
          <w:lang w:val="ru-RU"/>
        </w:rPr>
        <w:t xml:space="preserve">, </w:t>
      </w:r>
      <w:r>
        <w:t>Telegram</w:t>
      </w:r>
      <w:r w:rsidRPr="00F65BCD">
        <w:rPr>
          <w:lang w:val="ru-RU"/>
        </w:rPr>
        <w:t>) или по электронной почте, настоящим даю своё свободное, информированное и добровольное согласие на получение от Оператора рекламной и информационной рассылки на условиях, изложенных ниже, в соответствии со статьёй 18 Федерального закона от 13.03.2006 № 38-ФЗ «О рекламе».</w:t>
      </w:r>
    </w:p>
    <w:p w:rsidR="00677351" w:rsidRPr="00F65BCD" w:rsidRDefault="00677351">
      <w:pPr>
        <w:spacing w:before="240" w:after="120"/>
        <w:ind w:firstLine="0"/>
        <w:jc w:val="center"/>
        <w:rPr>
          <w:lang w:val="ru-RU"/>
        </w:rPr>
      </w:pPr>
      <w:r w:rsidRPr="00F65BCD">
        <w:rPr>
          <w:b/>
          <w:lang w:val="ru-RU"/>
        </w:rPr>
        <w:t>1. ЦЕЛЬ РАССЫЛКИ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Я согласен/согласна на получение информации о товарах для оснащения образовательных организаций, дошкольных образовательных организаций и спортивных учреждений, о новых поступлениях, акциях, скидках и специальных предложениях Оператора, о сезонных подборках товаров и наборах для подготовки к учебному году и экзаменам, а также иной информации рекламного характера, связанной с деятельностью Оператора.</w:t>
      </w:r>
    </w:p>
    <w:p w:rsidR="00677351" w:rsidRPr="00F65BCD" w:rsidRDefault="00677351">
      <w:pPr>
        <w:spacing w:before="240" w:after="120"/>
        <w:ind w:firstLine="0"/>
        <w:jc w:val="center"/>
        <w:rPr>
          <w:lang w:val="ru-RU"/>
        </w:rPr>
      </w:pPr>
      <w:r w:rsidRPr="00F65BCD">
        <w:rPr>
          <w:b/>
          <w:lang w:val="ru-RU"/>
        </w:rPr>
        <w:t>2. СПОСОБ РАССЫЛКИ И ИСПОЛЬЗУЕМЫЕ КОНТАКТНЫЕ ДАННЫЕ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Рассылка может осуществляться с использованием следующих моих контактных данных:</w:t>
      </w:r>
    </w:p>
    <w:p w:rsidR="00677351" w:rsidRPr="00F65BCD" w:rsidRDefault="00677351">
      <w:pPr>
        <w:rPr>
          <w:lang w:val="ru-RU"/>
        </w:rPr>
      </w:pPr>
      <w:r w:rsidRPr="00F65BCD">
        <w:rPr>
          <w:rFonts w:ascii="MS Mincho" w:hAnsi="MS Mincho" w:cs="MS Mincho" w:hint="eastAsia"/>
          <w:lang w:val="ru-RU"/>
        </w:rPr>
        <w:t>☐</w:t>
      </w:r>
      <w:r w:rsidRPr="00F65BCD">
        <w:rPr>
          <w:lang w:val="ru-RU"/>
        </w:rPr>
        <w:t xml:space="preserve"> адрес электронной почты</w:t>
      </w:r>
    </w:p>
    <w:p w:rsidR="00677351" w:rsidRPr="00F65BCD" w:rsidRDefault="00677351">
      <w:pPr>
        <w:rPr>
          <w:lang w:val="ru-RU"/>
        </w:rPr>
      </w:pPr>
      <w:r w:rsidRPr="00F65BCD">
        <w:rPr>
          <w:rFonts w:ascii="MS Mincho" w:hAnsi="MS Mincho" w:cs="MS Mincho" w:hint="eastAsia"/>
          <w:lang w:val="ru-RU"/>
        </w:rPr>
        <w:t>☐</w:t>
      </w:r>
      <w:r w:rsidRPr="00F65BCD">
        <w:rPr>
          <w:lang w:val="ru-RU"/>
        </w:rPr>
        <w:t xml:space="preserve"> номер телефона в мессенджерах (</w:t>
      </w:r>
      <w:r>
        <w:t>Max</w:t>
      </w:r>
      <w:r w:rsidRPr="00F65BCD">
        <w:rPr>
          <w:lang w:val="ru-RU"/>
        </w:rPr>
        <w:t xml:space="preserve">, </w:t>
      </w:r>
      <w:r>
        <w:t>Telegram</w:t>
      </w:r>
      <w:r w:rsidRPr="00F65BCD">
        <w:rPr>
          <w:lang w:val="ru-RU"/>
        </w:rPr>
        <w:t xml:space="preserve"> и др.)</w:t>
      </w:r>
    </w:p>
    <w:p w:rsidR="00677351" w:rsidRPr="00F65BCD" w:rsidRDefault="00677351">
      <w:pPr>
        <w:rPr>
          <w:lang w:val="ru-RU"/>
        </w:rPr>
      </w:pPr>
      <w:r w:rsidRPr="00F65BCD">
        <w:rPr>
          <w:rFonts w:ascii="MS Mincho" w:hAnsi="MS Mincho" w:cs="MS Mincho" w:hint="eastAsia"/>
          <w:lang w:val="ru-RU"/>
        </w:rPr>
        <w:t>☐</w:t>
      </w:r>
      <w:r w:rsidRPr="00F65BCD">
        <w:rPr>
          <w:lang w:val="ru-RU"/>
        </w:rPr>
        <w:t xml:space="preserve"> номер телефона для </w:t>
      </w:r>
      <w:r>
        <w:t>SMS</w:t>
      </w:r>
      <w:r w:rsidRPr="00F65BCD">
        <w:rPr>
          <w:lang w:val="ru-RU"/>
        </w:rPr>
        <w:t>-рассылки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Я проинформирован(а), что рассылка может осуществляться как с использованием автоматических систем отправки сообщений, так и вручную.</w:t>
      </w:r>
    </w:p>
    <w:p w:rsidR="00677351" w:rsidRPr="00F65BCD" w:rsidRDefault="00677351">
      <w:pPr>
        <w:spacing w:before="240" w:after="120"/>
        <w:ind w:firstLine="0"/>
        <w:jc w:val="center"/>
        <w:rPr>
          <w:lang w:val="ru-RU"/>
        </w:rPr>
      </w:pPr>
      <w:r w:rsidRPr="00F65BCD">
        <w:rPr>
          <w:b/>
          <w:lang w:val="ru-RU"/>
        </w:rPr>
        <w:t>3. ПЕРИОДИЧНОСТЬ И СОДЕРЖАНИЕ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Рассылка может содержать информацию о товарах, рекламных акциях, приглашения к участию в опросах, поздравления с праздниками и иную информацию, направленную на поддержание интереса к деятельности Оператора. Периодичность рассылки не ограничена, однако Оператор обязуется не допускать чрезмерно частых отправлений (спама).</w:t>
      </w:r>
    </w:p>
    <w:p w:rsidR="00677351" w:rsidRPr="00F65BCD" w:rsidRDefault="00677351">
      <w:pPr>
        <w:spacing w:before="240" w:after="120"/>
        <w:ind w:firstLine="0"/>
        <w:jc w:val="center"/>
        <w:rPr>
          <w:lang w:val="ru-RU"/>
        </w:rPr>
      </w:pPr>
      <w:r w:rsidRPr="00F65BCD">
        <w:rPr>
          <w:b/>
          <w:lang w:val="ru-RU"/>
        </w:rPr>
        <w:t>4. ДОБРОВОЛЬНОСТЬ СОГЛАСИЯ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Настоящее согласие является отдельным от согласия на обработку персональных данных и не является условием заключения договора поставки товаров или оформления заказа. Отказ от предоставления настоящего согласия либо его последующий отзыв не влечёт отказа Оператора в поставке товаров и не влияет на условия ранее заключённого либо заключаемого договора.</w:t>
      </w:r>
    </w:p>
    <w:p w:rsidR="00677351" w:rsidRPr="00F65BCD" w:rsidRDefault="00677351">
      <w:pPr>
        <w:spacing w:before="240" w:after="120"/>
        <w:ind w:firstLine="0"/>
        <w:jc w:val="center"/>
        <w:rPr>
          <w:lang w:val="ru-RU"/>
        </w:rPr>
      </w:pPr>
      <w:r w:rsidRPr="00F65BCD">
        <w:rPr>
          <w:b/>
          <w:lang w:val="ru-RU"/>
        </w:rPr>
        <w:t>5. СРОК ДЕЙСТВИЯ СОГЛАСИЯ И ПОРЯДОК ОТЗЫВА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5.1. Настоящее согласие действует с момента его предоставления и до момента его отзыва мной в порядке, установленном ниже.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5.2. Я уведомлен(а) о своём праве в любое время отказаться от получения рассылки путём: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 xml:space="preserve">– направления письменного уведомления на адрес электронной почты Оператора </w:t>
      </w:r>
      <w:r>
        <w:rPr>
          <w:lang w:val="ru-RU"/>
        </w:rPr>
        <w:t>sell@k66.ru</w:t>
      </w:r>
      <w:r w:rsidRPr="00F65BCD">
        <w:rPr>
          <w:lang w:val="ru-RU"/>
        </w:rPr>
        <w:t xml:space="preserve"> с пометкой «Отказ от рекламной рассылки»;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– использования специальной ссылки для отписки, содержащейся в каждом рекламном сообщении (если применимо);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– направления сообщения с текстом «СТОП» на номер, с которого приходит рассылка (если применимо).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5.3. Оператор обязан прекратить осуществление рассылки в отношении меня в течение 3 (Трёх) рабочих дней с момента получения соответствующего требования.</w:t>
      </w:r>
    </w:p>
    <w:p w:rsidR="00677351" w:rsidRPr="00F65BCD" w:rsidRDefault="00677351">
      <w:pPr>
        <w:spacing w:before="240" w:after="120"/>
        <w:ind w:firstLine="0"/>
        <w:jc w:val="center"/>
        <w:rPr>
          <w:lang w:val="ru-RU"/>
        </w:rPr>
      </w:pPr>
      <w:r w:rsidRPr="00F65BCD">
        <w:rPr>
          <w:b/>
          <w:lang w:val="ru-RU"/>
        </w:rPr>
        <w:t>6. ПОДТВЕРЖДЕНИЕ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Я подтверждаю, что предоставленные мной контактные данные принадлежат мне, и я осознаю последствия их использования для получения рекламной информации. Я действую добровольно и в своём интересе.</w:t>
      </w:r>
    </w:p>
    <w:p w:rsidR="00677351" w:rsidRPr="00F65BCD" w:rsidRDefault="00677351">
      <w:pPr>
        <w:spacing w:before="240" w:after="120"/>
        <w:ind w:firstLine="0"/>
        <w:jc w:val="center"/>
        <w:rPr>
          <w:lang w:val="ru-RU"/>
        </w:rPr>
      </w:pPr>
      <w:r w:rsidRPr="00F65BCD">
        <w:rPr>
          <w:b/>
          <w:lang w:val="ru-RU"/>
        </w:rPr>
        <w:t>7. РЕКВИЗИТЫ ОПЕРАТОРА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Индивидуальный предприниматель Белых Владимир Сергеевич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ОГРНИП: 306967306200069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ИНН: 667302525146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Адрес места осуществления деятельности: г. Екатеринбург, ул. Машиностроителей, д. 19, офис 525</w:t>
      </w:r>
    </w:p>
    <w:p w:rsidR="00677351" w:rsidRPr="00437B30" w:rsidRDefault="00677351">
      <w:pPr>
        <w:rPr>
          <w:lang w:val="ru-RU"/>
        </w:rPr>
      </w:pPr>
      <w:r w:rsidRPr="00F65BCD">
        <w:rPr>
          <w:lang w:val="ru-RU"/>
        </w:rPr>
        <w:t xml:space="preserve">Почтовый адрес для направления корреспонденции: </w:t>
      </w:r>
      <w:r w:rsidRPr="00437B30">
        <w:rPr>
          <w:lang w:val="ru-RU"/>
        </w:rPr>
        <w:t>620039, Свердловская область, г Екатеринбург, ул 22 Партсъезда, д. 10, кв. 129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>Телефоны: +7 (922) 104-29-00, +7 (343) 360-48-61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 xml:space="preserve">Адрес электронной почты: </w:t>
      </w:r>
      <w:r>
        <w:rPr>
          <w:lang w:val="ru-RU"/>
        </w:rPr>
        <w:t>sell@k66.ru</w:t>
      </w:r>
    </w:p>
    <w:p w:rsidR="00677351" w:rsidRPr="00F65BCD" w:rsidRDefault="00677351">
      <w:pPr>
        <w:rPr>
          <w:lang w:val="ru-RU"/>
        </w:rPr>
      </w:pPr>
      <w:r w:rsidRPr="00F65BCD">
        <w:rPr>
          <w:lang w:val="ru-RU"/>
        </w:rPr>
        <w:t xml:space="preserve">Сайт: </w:t>
      </w:r>
      <w:r>
        <w:t>https</w:t>
      </w:r>
      <w:r w:rsidRPr="00F65BCD">
        <w:rPr>
          <w:lang w:val="ru-RU"/>
        </w:rPr>
        <w:t>://</w:t>
      </w:r>
      <w:r>
        <w:t>www</w:t>
      </w:r>
      <w:r w:rsidRPr="00F65BCD">
        <w:rPr>
          <w:lang w:val="ru-RU"/>
        </w:rPr>
        <w:t>.</w:t>
      </w:r>
      <w:r>
        <w:t>atlant</w:t>
      </w:r>
      <w:r w:rsidRPr="00F65BCD">
        <w:rPr>
          <w:lang w:val="ru-RU"/>
        </w:rPr>
        <w:t>2009.</w:t>
      </w:r>
      <w:r>
        <w:t>ru</w:t>
      </w:r>
    </w:p>
    <w:p w:rsidR="00677351" w:rsidRPr="00F65BCD" w:rsidRDefault="00677351">
      <w:pPr>
        <w:ind w:firstLine="0"/>
        <w:rPr>
          <w:lang w:val="ru-RU"/>
        </w:rPr>
      </w:pPr>
    </w:p>
    <w:p w:rsidR="00677351" w:rsidRPr="00F65BCD" w:rsidRDefault="00677351">
      <w:pPr>
        <w:ind w:firstLine="0"/>
        <w:rPr>
          <w:lang w:val="ru-RU"/>
        </w:rPr>
      </w:pPr>
      <w:r w:rsidRPr="00F65BCD">
        <w:rPr>
          <w:lang w:val="ru-RU"/>
        </w:rPr>
        <w:t>_______________________ / _________________________________________</w:t>
      </w:r>
    </w:p>
    <w:p w:rsidR="00677351" w:rsidRPr="00F65BCD" w:rsidRDefault="00677351">
      <w:pPr>
        <w:ind w:firstLine="0"/>
        <w:rPr>
          <w:lang w:val="ru-RU"/>
        </w:rPr>
      </w:pPr>
      <w:r w:rsidRPr="00F65BCD">
        <w:rPr>
          <w:sz w:val="20"/>
          <w:lang w:val="ru-RU"/>
        </w:rPr>
        <w:t xml:space="preserve">            (подпись)                                    (фамилия, имя, отчество субъекта персональных данных)</w:t>
      </w:r>
    </w:p>
    <w:sectPr w:rsidR="00677351" w:rsidRPr="00F65BCD" w:rsidSect="00034616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  <w:num w:numId="12">
    <w:abstractNumId w:val="2"/>
  </w:num>
  <w:num w:numId="13">
    <w:abstractNumId w:val="8"/>
  </w:num>
  <w:num w:numId="14">
    <w:abstractNumId w:val="6"/>
  </w:num>
  <w:num w:numId="15">
    <w:abstractNumId w:val="5"/>
  </w:num>
  <w:num w:numId="16">
    <w:abstractNumId w:val="4"/>
  </w:num>
  <w:num w:numId="17">
    <w:abstractNumId w:val="7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7730"/>
    <w:rsid w:val="00034616"/>
    <w:rsid w:val="0006063C"/>
    <w:rsid w:val="0015074B"/>
    <w:rsid w:val="0029639D"/>
    <w:rsid w:val="00326F90"/>
    <w:rsid w:val="003A2B8F"/>
    <w:rsid w:val="00437B30"/>
    <w:rsid w:val="00677351"/>
    <w:rsid w:val="007569F6"/>
    <w:rsid w:val="00AA1D8D"/>
    <w:rsid w:val="00B47730"/>
    <w:rsid w:val="00CB0664"/>
    <w:rsid w:val="00E94451"/>
    <w:rsid w:val="00F65BCD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  <w:ind w:firstLine="567"/>
      <w:jc w:val="both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93F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93F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93F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C693F"/>
    <w:pPr>
      <w:keepNext/>
      <w:keepLines/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693F"/>
    <w:pPr>
      <w:keepNext/>
      <w:keepLines/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C693F"/>
    <w:pPr>
      <w:keepNext/>
      <w:keepLines/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C693F"/>
    <w:pPr>
      <w:keepNext/>
      <w:keepLines/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C693F"/>
    <w:pPr>
      <w:keepNext/>
      <w:keepLines/>
      <w:spacing w:before="20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693F"/>
    <w:pPr>
      <w:keepNext/>
      <w:keepLines/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693F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C693F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C693F"/>
    <w:rPr>
      <w:rFonts w:ascii="Calibri" w:eastAsia="MS Gothic" w:hAnsi="Calibri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693F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693F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693F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C693F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693F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C693F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NoSpacing">
    <w:name w:val="No Spacing"/>
    <w:uiPriority w:val="99"/>
    <w:qFormat/>
    <w:rsid w:val="00FC693F"/>
    <w:rPr>
      <w:lang w:val="en-US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FC693F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FC693F"/>
    <w:pPr>
      <w:numPr>
        <w:ilvl w:val="1"/>
      </w:numPr>
      <w:ind w:firstLine="567"/>
    </w:pPr>
    <w:rPr>
      <w:rFonts w:ascii="Calibri" w:eastAsia="MS Gothic" w:hAnsi="Calibri"/>
      <w:i/>
      <w:iCs/>
      <w:color w:val="4F81BD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C693F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A1D8D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A1D8D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A1D8D"/>
    <w:rPr>
      <w:rFonts w:cs="Times New Roman"/>
      <w:sz w:val="16"/>
      <w:szCs w:val="16"/>
    </w:rPr>
  </w:style>
  <w:style w:type="paragraph" w:styleId="List">
    <w:name w:val="List"/>
    <w:basedOn w:val="Normal"/>
    <w:uiPriority w:val="99"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rsid w:val="00326F90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rsid w:val="00326F90"/>
    <w:pPr>
      <w:numPr>
        <w:numId w:val="9"/>
      </w:numPr>
      <w:contextualSpacing/>
    </w:pPr>
  </w:style>
  <w:style w:type="paragraph" w:styleId="ListNumber">
    <w:name w:val="List Number"/>
    <w:basedOn w:val="Normal"/>
    <w:uiPriority w:val="99"/>
    <w:rsid w:val="00326F90"/>
    <w:pPr>
      <w:numPr>
        <w:numId w:val="11"/>
      </w:numPr>
      <w:tabs>
        <w:tab w:val="clear" w:pos="720"/>
        <w:tab w:val="num" w:pos="360"/>
      </w:tabs>
      <w:ind w:left="360"/>
      <w:contextualSpacing/>
    </w:pPr>
  </w:style>
  <w:style w:type="paragraph" w:styleId="ListNumber2">
    <w:name w:val="List Number 2"/>
    <w:basedOn w:val="Normal"/>
    <w:uiPriority w:val="99"/>
    <w:rsid w:val="0029639D"/>
    <w:pPr>
      <w:numPr>
        <w:numId w:val="12"/>
      </w:numPr>
      <w:tabs>
        <w:tab w:val="clear" w:pos="1080"/>
        <w:tab w:val="num" w:pos="720"/>
      </w:tabs>
      <w:ind w:left="720"/>
      <w:contextualSpacing/>
    </w:pPr>
  </w:style>
  <w:style w:type="paragraph" w:styleId="ListNumber3">
    <w:name w:val="List Number 3"/>
    <w:basedOn w:val="Normal"/>
    <w:uiPriority w:val="99"/>
    <w:rsid w:val="0029639D"/>
    <w:pPr>
      <w:numPr>
        <w:numId w:val="13"/>
      </w:numPr>
      <w:tabs>
        <w:tab w:val="clear" w:pos="360"/>
        <w:tab w:val="num" w:pos="1080"/>
      </w:tabs>
      <w:ind w:left="1080"/>
      <w:contextualSpacing/>
    </w:pPr>
  </w:style>
  <w:style w:type="paragraph" w:styleId="ListContinue">
    <w:name w:val="List Continue"/>
    <w:basedOn w:val="Normal"/>
    <w:uiPriority w:val="99"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locked/>
    <w:rsid w:val="0029639D"/>
    <w:rPr>
      <w:rFonts w:ascii="Courier" w:hAnsi="Courier" w:cs="Times New Roman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9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FC693F"/>
    <w:rPr>
      <w:rFonts w:cs="Times New Roman"/>
      <w:i/>
      <w:iCs/>
      <w:color w:val="000000"/>
    </w:rPr>
  </w:style>
  <w:style w:type="paragraph" w:styleId="Caption">
    <w:name w:val="caption"/>
    <w:basedOn w:val="Normal"/>
    <w:next w:val="Normal"/>
    <w:uiPriority w:val="99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99"/>
    <w:qFormat/>
    <w:rsid w:val="00FC693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FC693F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C693F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FC693F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FC693F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FC693F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C693F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C693F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FC693F"/>
    <w:pPr>
      <w:outlineLvl w:val="9"/>
    </w:pPr>
  </w:style>
  <w:style w:type="table" w:styleId="TableGrid">
    <w:name w:val="Table Grid"/>
    <w:basedOn w:val="TableNormal"/>
    <w:uiPriority w:val="99"/>
    <w:rsid w:val="00FC69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FC693F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FC693F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rsid w:val="00FC693F"/>
    <w:rPr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FC693F"/>
    <w:rPr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FC693F"/>
    <w:rPr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FC693F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99"/>
    <w:rsid w:val="00FC693F"/>
    <w:rPr>
      <w:color w:val="E36C0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99"/>
    <w:rsid w:val="00FC693F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rsid w:val="00FC693F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1">
    <w:name w:val="Colorful Shading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2">
    <w:name w:val="Colorful Shading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3">
    <w:name w:val="Colorful Shading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5">
    <w:name w:val="Colorful Shading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6">
    <w:name w:val="Colorful Shading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List">
    <w:name w:val="Colorful List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589</Words>
  <Characters>3362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Белых Владимир</cp:lastModifiedBy>
  <cp:revision>3</cp:revision>
  <dcterms:created xsi:type="dcterms:W3CDTF">2013-12-23T23:15:00Z</dcterms:created>
  <dcterms:modified xsi:type="dcterms:W3CDTF">2026-08-19T09:19:00Z</dcterms:modified>
</cp:coreProperties>
</file>